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691BA" w14:textId="77777777" w:rsidR="00C75E3D" w:rsidRDefault="00000000">
      <w:pPr>
        <w:pStyle w:val="Kop1"/>
      </w:pPr>
      <w:r>
        <w:t>Líkami Meltabalm: de biomimetic balm die versmelt met je huid</w:t>
      </w:r>
    </w:p>
    <w:p w14:paraId="36613196" w14:textId="77777777" w:rsidR="00C75E3D" w:rsidRDefault="00000000">
      <w:pPr>
        <w:pStyle w:val="Kop2"/>
      </w:pPr>
      <w:r>
        <w:t>4-in-1 hybrid colour balm voor lippen, wangen, oogleden en contourzones</w:t>
      </w:r>
    </w:p>
    <w:p w14:paraId="49B816FE" w14:textId="77777777" w:rsidR="00C75E3D" w:rsidRDefault="00000000">
      <w:r>
        <w:t>EMBARGO TOT 27 OKTOBER 2025</w:t>
      </w:r>
      <w:r>
        <w:br/>
        <w:t>Beschikbaar vanaf 1 november 2025</w:t>
      </w:r>
    </w:p>
    <w:p w14:paraId="3656DD66" w14:textId="77777777" w:rsidR="00C75E3D" w:rsidRDefault="00C75E3D"/>
    <w:p w14:paraId="3D7864B3" w14:textId="77777777" w:rsidR="00C75E3D" w:rsidRDefault="00000000">
      <w:r>
        <w:t>DOWNLOAD IMAGES</w:t>
      </w:r>
    </w:p>
    <w:p w14:paraId="4EBC0E47" w14:textId="77777777" w:rsidR="00C75E3D" w:rsidRDefault="00000000">
      <w:r>
        <w:t>Het Belgische skincare Líkami breidt op 1 november 2025 zijn collectie Líkami Beauty uit met de MELTABALM, een innovatieve hybride colour balm die huidverzorging en kleur samenbrengt in één multifunctioneel product.</w:t>
      </w:r>
    </w:p>
    <w:p w14:paraId="1F7C9F2C" w14:textId="77777777" w:rsidR="00C75E3D" w:rsidRDefault="00000000">
      <w:r>
        <w:t>De biomimetic formule is ontwikkeld als all-over balm voor lippen, wangen, oogleden en contourzones, verkrijgbaar in zes universeel flatterende tinten die een natuurlijke my skin but better uitstraling creëren - de basis voor een no-makeup makeup look.</w:t>
      </w:r>
    </w:p>
    <w:p w14:paraId="0AF32B9C" w14:textId="77777777" w:rsidR="00C75E3D" w:rsidRDefault="00000000">
      <w:pPr>
        <w:pStyle w:val="Kop2"/>
      </w:pPr>
      <w:r>
        <w:t>Een textuur die smelt met de huid</w:t>
      </w:r>
    </w:p>
    <w:p w14:paraId="2DDCC43C" w14:textId="77777777" w:rsidR="00C75E3D" w:rsidRDefault="00000000">
      <w:r>
        <w:t>De MELTABALM onderscheidt zich door zijn unieke textuur die bij contact met de huid activeert en moeiteloos uitblendt tot een zachte, opbouwbare finish. "In lijn met onze no-makeup makeup filosofie versmelt MELTABALM met de huid", vertelt Líkami co-founder Marianne Priem. "De MELTABALM geeft geen maskerende dekking, maar accentueert je natuurlijke teint met een subtiele tint en gezonde gloed."</w:t>
      </w:r>
    </w:p>
    <w:p w14:paraId="0960ECFE" w14:textId="77777777" w:rsidR="00C75E3D" w:rsidRDefault="00000000">
      <w:r>
        <w:t>Het product bevat 99,75% ingrediënten van natuurlijke oorsprong en de formule is opgebouwd rond huididentieke lipiden zoals ceramide III, jojoba esters en plantaardige phytowaxes die de huidbarrière ondersteunen en optimale verdraagbaarheid garanderen.</w:t>
      </w:r>
    </w:p>
    <w:p w14:paraId="667092C7" w14:textId="77777777" w:rsidR="00C75E3D" w:rsidRDefault="00000000">
      <w:pPr>
        <w:pStyle w:val="Kop2"/>
      </w:pPr>
      <w:r>
        <w:t>Biomimetic verzorging: de huid als inspiratiebron</w:t>
      </w:r>
    </w:p>
    <w:p w14:paraId="07BBD994" w14:textId="77777777" w:rsidR="00C75E3D" w:rsidRDefault="00000000">
      <w:r>
        <w:t>"Onze huid is bijzonder slim en weet precies wat ze nodig heeft", vertelt co-founder Lieven Dejonckheere. "Daarom is biomimetica - het nabootsen van de natuurlijke structuren en biologische processen van de huid - zo effectief."</w:t>
      </w:r>
    </w:p>
    <w:p w14:paraId="4C96AADA" w14:textId="77777777" w:rsidR="00C75E3D" w:rsidRDefault="00000000">
      <w:r>
        <w:t>"Dermatologische studies tonen aan dat biomimetic formules beter worden opgenomen dan traditionele formules omdat de huid de ingrediënten herkent als onderdeel van haar eigen samenstelling", vult co-founder Marianne Priem aan.</w:t>
      </w:r>
    </w:p>
    <w:p w14:paraId="4B254DDA" w14:textId="77777777" w:rsidR="00C75E3D" w:rsidRDefault="00000000">
      <w:r>
        <w:t>Trouw aan het biomimetic principe bevat MELTABALM 3 huididentieke ingrediënten:</w:t>
      </w:r>
    </w:p>
    <w:p w14:paraId="71288A2C" w14:textId="77777777" w:rsidR="00C75E3D" w:rsidRDefault="00000000">
      <w:r>
        <w:t>• Ceramide III → versterkt de natuurlijke huidbarrière en voorkomt uitdroging</w:t>
      </w:r>
    </w:p>
    <w:p w14:paraId="3B499BFE" w14:textId="77777777" w:rsidR="00C75E3D" w:rsidRDefault="00000000">
      <w:r>
        <w:t>• Jojoba-olie → hydrateert intens zonder de poriën te verstoppen</w:t>
      </w:r>
    </w:p>
    <w:p w14:paraId="11F2293B" w14:textId="77777777" w:rsidR="00C75E3D" w:rsidRDefault="00000000">
      <w:r>
        <w:t>• Phytowaxes (zonnebloem, acacia, bijenwas) → vormen een ademende beschermlaag</w:t>
      </w:r>
    </w:p>
    <w:p w14:paraId="12247AA1" w14:textId="77777777" w:rsidR="00C75E3D" w:rsidRDefault="00000000">
      <w:r>
        <w:lastRenderedPageBreak/>
        <w:t>"Deze ingrediënten werken samen zoals de huid zelf dat doet", legt co-founder Lieven Dejonckheere uit. "Het resultaat is maximale verzorging voor alle huidtypes, ook de meest gevoelige."</w:t>
      </w:r>
    </w:p>
    <w:p w14:paraId="1C811CD3" w14:textId="77777777" w:rsidR="00C75E3D" w:rsidRDefault="00000000">
      <w:pPr>
        <w:pStyle w:val="Kop2"/>
      </w:pPr>
      <w:r>
        <w:t>Líkami MELTABALM beschikbaar in zes universele tinten</w:t>
      </w:r>
    </w:p>
    <w:p w14:paraId="203B962F" w14:textId="77777777" w:rsidR="00C75E3D" w:rsidRDefault="00000000">
      <w:r>
        <w:t>1. SILK → neutrale beige-roze glow voor subtiele highlighter-effecten</w:t>
      </w:r>
    </w:p>
    <w:p w14:paraId="28FD4026" w14:textId="77777777" w:rsidR="00C75E3D" w:rsidRDefault="00000000">
      <w:r>
        <w:t>2. NUDE → zachte nude voor een your skin but warmer uitstraling</w:t>
      </w:r>
    </w:p>
    <w:p w14:paraId="1692B8B1" w14:textId="77777777" w:rsidR="00C75E3D" w:rsidRDefault="00000000">
      <w:r>
        <w:t>3. BUBBLE → levendig koraalroze voor een frisse pop of colour</w:t>
      </w:r>
    </w:p>
    <w:p w14:paraId="15C40B56" w14:textId="77777777" w:rsidR="00C75E3D" w:rsidRDefault="00000000">
      <w:r>
        <w:t>4. BRICK → roestkleurige tint voor intensievere lip- en wangkleur</w:t>
      </w:r>
    </w:p>
    <w:p w14:paraId="1CF39C17" w14:textId="77777777" w:rsidR="00C75E3D" w:rsidRDefault="00000000">
      <w:r>
        <w:t>5. SUN → warme terracotta voor een natuurlijk zongebruinde blos</w:t>
      </w:r>
    </w:p>
    <w:p w14:paraId="48B7DA86" w14:textId="77777777" w:rsidR="00C75E3D" w:rsidRDefault="00000000">
      <w:r>
        <w:t>6. MOCHA → diepe mokkabruin voor zachte contouring</w:t>
      </w:r>
    </w:p>
    <w:p w14:paraId="50471B0C" w14:textId="77777777" w:rsidR="00C75E3D" w:rsidRDefault="00000000">
      <w:pPr>
        <w:pStyle w:val="Kop2"/>
      </w:pPr>
      <w:r>
        <w:t>Veelzijdig gebruik</w:t>
      </w:r>
    </w:p>
    <w:p w14:paraId="52E5896E" w14:textId="77777777" w:rsidR="00C75E3D" w:rsidRDefault="00000000">
      <w:r>
        <w:t>Dankzij de 4-in-1 functionaliteit kan je de MELTABALM gebruiken op lippen, wangen, oogleden en contourzones. Co-founder Marianne tipt: "Ga met je wijsvinger over de oppervlakte van de balm, warm het product op tussen je vingertoppen en breng het aan waar je kleur of gloed wilt toevoegen. De formule is opbouwbaar, dus je kunt zowel een subtiele flush als een intensievere look creëren."</w:t>
      </w:r>
    </w:p>
    <w:p w14:paraId="4AD61448" w14:textId="77777777" w:rsidR="00C75E3D" w:rsidRDefault="00000000">
      <w:r>
        <w:t>Voor het beste resultaat tipt Líkami de MELTABALM te combineren met hun SkinPerfex Serum. Het serum trekt snel in en creëert een glad, gehydrateerd canvas waardoor de balm nog mooier versmelt met de huid. "Zo krijg je het beste van beide werelden", vertelt co-founder Marianne. "De huidverbeterende werking van het serum én de natuurlijke glow en kleur van de balm - de essentie van een no-makeup makeup look."</w:t>
      </w:r>
    </w:p>
    <w:p w14:paraId="11D4E766" w14:textId="77777777" w:rsidR="00C75E3D" w:rsidRDefault="00000000">
      <w:pPr>
        <w:pStyle w:val="Kop2"/>
      </w:pPr>
      <w:r>
        <w:t>Luxe verpakking</w:t>
      </w:r>
    </w:p>
    <w:p w14:paraId="2FBDF458" w14:textId="77777777" w:rsidR="00C75E3D" w:rsidRDefault="00000000">
      <w:r>
        <w:t>De MELTABALM wordt geleverd in een 15 ml luxe MIRON-glas potje, dat niet alleen de actieve ingrediënten beschermt tegen lichtinval, maar ook past bij Líkami's duurzame verpakkingsfilosofie. Het compacte formaat maakt het product ideaal voor onderweg.</w:t>
      </w:r>
    </w:p>
    <w:p w14:paraId="2553A7F7" w14:textId="77777777" w:rsidR="00C75E3D" w:rsidRDefault="00000000">
      <w:r>
        <w:t>Prijs per stuk: 27 euro</w:t>
      </w:r>
    </w:p>
    <w:sectPr w:rsidR="00C75E3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999381826">
    <w:abstractNumId w:val="8"/>
  </w:num>
  <w:num w:numId="2" w16cid:durableId="1850637274">
    <w:abstractNumId w:val="6"/>
  </w:num>
  <w:num w:numId="3" w16cid:durableId="1696954852">
    <w:abstractNumId w:val="5"/>
  </w:num>
  <w:num w:numId="4" w16cid:durableId="308479869">
    <w:abstractNumId w:val="4"/>
  </w:num>
  <w:num w:numId="5" w16cid:durableId="1476945126">
    <w:abstractNumId w:val="7"/>
  </w:num>
  <w:num w:numId="6" w16cid:durableId="535967848">
    <w:abstractNumId w:val="3"/>
  </w:num>
  <w:num w:numId="7" w16cid:durableId="1000892658">
    <w:abstractNumId w:val="2"/>
  </w:num>
  <w:num w:numId="8" w16cid:durableId="614673148">
    <w:abstractNumId w:val="1"/>
  </w:num>
  <w:num w:numId="9" w16cid:durableId="421687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B9584D"/>
    <w:rsid w:val="00C75E3D"/>
    <w:rsid w:val="00CB0664"/>
    <w:rsid w:val="00E30B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F1DEE9"/>
  <w14:defaultImageDpi w14:val="300"/>
  <w15:docId w15:val="{8CC01721-723A-43EC-9CA1-B068969A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600</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Marianne Priem</cp:lastModifiedBy>
  <cp:revision>2</cp:revision>
  <dcterms:created xsi:type="dcterms:W3CDTF">2025-09-20T18:55:00Z</dcterms:created>
  <dcterms:modified xsi:type="dcterms:W3CDTF">2025-09-20T18:55:00Z</dcterms:modified>
  <cp:category/>
</cp:coreProperties>
</file>